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AI-BIAS OCH DISKRIMINERING – RISKER OCH SKYDDSÅTGÄRDER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"AI-bias och diskriminering – risker och skyddsåtgärder".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AI-bias och diskriminering – risker och skyddsåtgärder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