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FÖRSÄLJNINGSCHEFER: COACHNING OCH PIPELINEANALYS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försäljningschefer: coachning och pipelineanalys".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försäljningschefer: coachning och pipelineanalys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