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INDUSTRIBOLAG: PRODUKTDATA, SUPPORT OCH KVALITET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industribolag: produktdata, support och kvalitet".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industribolag: produktdata, support och kvalitet</dc:title>
  <dc:subject>Roll-/branschspecifik exempel-lista: use cases, risker och policyfrågor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