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IT-CHEFER: KONTROLL, SÄKERHET OCH STÖD TILL VERKSAMHETEN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IT-chefer: kontroll, säkerhet och stöd till verksamheten".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IT-chefer: kontroll, säkerhet och stöd till verksamheten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