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KOMMUNER: SERVICE, DOKUMENT OCH INFORMATIONSSÄKERHET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kommuner: service, dokument och informationssäkerhet".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kommuner: service, dokument och informationssäkerhet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