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KOMMUNIKATIONSANSVARIGA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kommunikationsansvariga".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kommunikationsansvariga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