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KONSULTBOLAG – FRÅN OFFERT TILL LEVERANS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konsultbolag – från offert till leverans".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konsultbolag – från offert till leverans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