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KUNDSERVICECHEFER: KVALITET, KÖER OCH KUNSKAPSBAS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kundservicechefer: kvalitet, köer och kunskapsbas".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kundservicechefer: kvalitet, köer och kunskapsbas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