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KVALITETSANSVARIGA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kvalitetsansvariga".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kvalitetsansvariga</dc:title>
  <dc:subject>Roll-/branschspecifik exempel-lista: use cases, risker och policyfrågor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