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MARKNADSCHEFER: PLAN, PRODUKTION OCH UPPFÖLJNING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marknadschefer: plan, produktion och uppföljning".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marknadschefer: plan, produktion och uppföljning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