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MÖTESAGENDOR: BÄTTRE MÖTEN MED MINDRE FÖRARBETE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mötesagendor: bättre möten med mindre förarbete".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mötesagendor: bättre möten med mindre förarbete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