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OFFENTLIG SEKTOR: GRUNDLÄGGANDE FRÅGOR OCH RISKER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offentlig sektor: grundläggande frågor och risker".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offentlig sektor: grundläggande frågor och risker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