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PRODUKTCHEFER: KRAV, RESEARCH OCH LANSERINGAR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produktchefer: krav, research och lanseringar".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produktchefer: krav, research och lanseringar</dc:title>
  <dc:subject>Roll-/branschspecifik exempel-lista: use cases, risker och policyfrågor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