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REDOVISNINGSBYRÅER: EFFEKTIVARE ADMINISTRATION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redovisningsbyråer: effektivare administration".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redovisningsbyråer: effektivare administration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