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REKRYTERING: ANNONSTEXTER, URVAL OCH BIAS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rekrytering: annonstexter, urval och bias".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rekrytering: annonstexter, urval och bias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