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STYRELSELEDAMÖTER: FRÅGOR ATT STÄLLA TILL LEDNINGEN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styrelseledamöter: frågor att ställa till ledningen".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styrelseledamöter: frågor att ställa till ledningen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