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TILLVERKANDE FÖRETAG: PROCESSER, DOKUMENT OCH AVVIKELSER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tillverkande företag: processer, dokument och avvikelser".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tillverkande företag: processer, dokument och avvikelser</dc:title>
  <dc:subject>Checklista, arbetsflöde eller ifyllt 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