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FÖR UTBILDNINGSFÖRETAG: KURSMATERIAL OCH DELTAGARSTÖD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för utbildningsföretag: kursmaterial och deltagarstöd".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för utbildningsföretag: kursmaterial och deltagarstöd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