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AI FÖR UTBILDNINGSFÖRETAG OCH KURSLEDARE</w:t>
      </w:r>
    </w:p>
    <w:p>
      <w:pPr>
        <w:jc w:val="center"/>
      </w:pPr>
      <w:r>
        <w:rPr>
          <w:color w:val="52627A"/>
          <w:sz w:val="20"/>
        </w:rPr>
        <w:t>Workshop- och utbildningsmall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"AI för utbildningsföretag och kursledare".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ett färdigt upplägg för möte, workshop, utbildning eller intern förankring.</w:t>
            </w:r>
          </w:p>
        </w:tc>
      </w:tr>
    </w:tbl>
    <w:p/>
    <w:p>
      <w:pPr>
        <w:pStyle w:val="Heading1"/>
        <w:keepNext/>
        <w:pageBreakBefore w:val="0"/>
        <w:spacing w:before="140" w:after="60"/>
      </w:pPr>
      <w:r>
        <w:rPr>
          <w:rFonts w:ascii="Inter" w:hAnsi="Inter" w:eastAsia="Inter"/>
          <w:color w:val="071427"/>
          <w:sz w:val="27"/>
        </w:rPr>
        <w:t>1. Syfte och målgrupp</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Målgrupp</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Syfte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Förkunskap</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Förväntat resultat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Agenda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Tid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Moment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Instruktion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Material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Övningar och frågor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Övning/fråga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Deltagarnas 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Risk/insikt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Beslut eller 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Hur verifieras det?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för utbildningsföretag och kursledare</dc:title>
  <dc:subject>Agenda, övningspaket, quiz/frågebank eller kommunikationsplan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