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AI-INCIDENTER – SÅ HANTERAR NI NÄR DET GÅR FEL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"AI-incidenter – så hanterar ni när det går fel".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AI-incidenter – så hanterar ni när det går fel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