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AI-MOGNADSMODELL FÖR FÖRETAG – VAR STÅR NI?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"AI-mognadsmodell för företag – var står ni?".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AI-mognadsmodell för företag – var står ni?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