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ANONYMISERING: ENKEL GUIDE FÖR FÖRETAG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anonymisering: enkel guide för företag".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anonymisering: enkel guide för företag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