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OCH ARBETSMILJÖ: RISKER, ORO OCH FÖRVÄNTNINGAR</w:t>
      </w:r>
    </w:p>
    <w:p>
      <w:pPr>
        <w:jc w:val="center"/>
      </w:pPr>
      <w:r>
        <w:rPr>
          <w:color w:val="52627A"/>
          <w:sz w:val="20"/>
        </w:rPr>
        <w:t>Workshop- och utbildningsmall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och arbetsmiljö: risker, oro och förväntningar".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ett färdigt upplägg för möte, workshop, utbildning eller intern förankring.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Syfte och målgrupp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Målgrupp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Syfte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Förkunskap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Förväntat resultat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Agenda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Moment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Instruktion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Material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Övningar och frågor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Övning/fråga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Deltagarnas 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Risk/insikt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 eller 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Hur verifieras det?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och arbetsmiljö: risker, oro och förväntningar</dc:title>
  <dc:subject>Agenda, övningspaket, quiz/frågebank eller kommunikationsplan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