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DATAMINIMERING: ANVÄND BARA DET SOM BEHÖVS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dataminimering: använd bara det som behövs".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dataminimering: använd bara det som behövs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