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FÖRÄNDRINGSMOTSTÅND: PRAKTISKA SÄTT ATT KOMMA VIDARE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förändringsmotstånd: praktiska sätt att komma vidare".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förändringsmotstånd: praktiska sätt att komma vidare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