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OPT-OUT: HUR KONTROLLERAR DU MODELLTRÄNING?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opt-out: hur kontrollerar du modellträning?".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opt-out: hur kontrollerar du modellträning?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