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PSEUDONYMISERING: VAD BETYDER DET I PRAKTIKEN?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pseudonymisering: vad betyder det i praktiken?".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pseudonymisering: vad betyder det i praktiken?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