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RETENTION: HUR LÄNGE SPARAS DATA?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retention: hur länge sparas data?".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retention: hur länge sparas data?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