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RITNINGAR: SÄKERHET VID TEKNISKA FILER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ritningar: säkerhet vid tekniska filer".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ritningar: säkerhet vid tekniska filer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