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TIDSSTUDIER: HITTA VAR TIMMARNA FÖRSVINNER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tidsstudier: hitta var timmarna försvinner".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tidsstudier: hitta var timmarna försvinner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