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TRÄNINGSDATA: ANVÄNDS ERA PROMPTS FÖR TRÄNING?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träningsdata: används era prompts för träning?".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träningsdata: används era prompts för träning?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