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AI-ONBOARDING: VAD NYA MEDARBETARE BEHÖVER VETA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"AI-onboarding: vad nya medarbetare behöver veta".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AI-onboarding: vad nya medarbetare behöver veta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