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AI-ÖVNINGAR FÖR KONTORSPERSONAL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"AI-övningar för kontorspersonal".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AI-övningar för kontorspersonal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