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AI-ÖVNINGAR FÖR KUNDNÄRA ROLLER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"AI-övningar för kundnära roller".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AI-övningar för kundnära roller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