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AI-ÖVNINGAR FÖR LEDNINGSGRUPPEN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"AI-övningar för ledningsgruppen".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AI-övningar för ledningsgruppen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