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AI-PILOT – SÅ TESTAR NI AI UTAN ATT RISKERA ER VERKSAMHET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"AI-pilot – så testar ni AI utan att riskera er verksamhet".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AI-pilot – så testar ni AI utan att riskera er verksamhet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