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AI-QUIZ FÖR ANSTÄLLDA: VAD BÖR DU TESTA?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"AI-quiz för anställda: vad bör du testa?".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AI-quiz för anställda: vad bör du testa?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