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AI-REGISTER FÖR KONSULTBYRÅER – MALL OCH EXEMPEL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"AI-register för konsultbyråer – mall och exempel".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AI-register för konsultbyråer – mall och exempel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