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AI-REGISTER I EXCEL, NOTION ELLER AIRTABLE – VILKET VERKTYG PASSAR ER?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"AI-register i Excel, Notion eller Airtable – vilket verktyg passar er?".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AI-register i Excel, Notion eller Airtable – vilket verktyg passar er?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