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AI-ROADMAP FÖR 12 MÅNADER: FRÅN TEST TILL STRUKTUR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"AI-roadmap för 12 månader: från test till struktur".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AI-roadmap för 12 månader: från test till struktur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