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AI-TRÄNINGSPASS: 30 MINUTERS ÖVNINGAR FÖR TEAM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"AI-träningspass: 30 minuters övningar för team".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AI-träningspass: 30 minuters övningar för team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