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AI-UTBILDNING FÖR CHEFER: VAD MÅSTE DE FÖRSTÅ?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"AI-utbildning för chefer: vad måste de förstå?".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AI-utbildning för chefer: vad måste de förstå?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