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AI-UTBILDNING FÖR SÄLJARE: PRAKTISKA ÖVNINGAR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"AI-utbildning för säljare: praktiska övningar".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AI-utbildning för säljare: praktiska övningar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