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AI-VERKTYG FÖR MONDAY.COM: PROCESSER OCH UPPFÖLJNING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"AI-verktyg för Monday.com: processer och uppföljning".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AI-verktyg för Monday.com: processer och uppföljning</dc:title>
  <dc:subject>Checklista, arbetsflöde eller ifyllt 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