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AI-VERKTYG FÖR TRELLO: PLANERING OCH CHECKLISTOR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"AI-verktyg för Trello: planering och checklistor".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AI-verktyg för Trello: planering och checklistor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