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BERÄKNA ROI PÅ AI-INVESTERINGAR – MALL OCH EXEMPEL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"Beräkna ROI på AI-investeringar – mall och exempel".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Beräkna ROI på AI-investeringar – mall och exempel</dc:title>
  <dc:subject>Nedladdningsbar mall/exempelfil som motsvarar artikeln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