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CHATGPT TEAM VS CHATGPT ENTERPRISE – VILKEN PASSAR DITT FÖRETAG?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"ChatGPT Team vs ChatGPT Enterprise – vilken passar ditt företag?".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ChatGPT Team vs ChatGPT Enterprise – vilken passar ditt företag?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