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DEEPL VS GOOGLE TRANSLATE – VILKEN ÖVERSÄTTNINGS-AI ÄR BÄST FÖR FÖRETAG?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"DeepL vs Google Translate – vilken översättnings-AI är bäst för företag?".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DeepL vs Google Translate – vilken översättnings-AI är bäst för företag?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