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HALLUCINATIONER I AI – VAD ÄR DET OCH HUR UNDVIKER NI DEM?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"Hallucinationer i AI – vad är det och hur undviker ni dem?".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Hallucinationer i AI – vad är det och hur undviker ni dem?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