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KAN MAN FÖRBJUDA CHATGPT PÅ JOBBET? JURIDIK OCH PRAKTIK</w:t>
      </w:r>
    </w:p>
    <w:p>
      <w:pPr>
        <w:jc w:val="center"/>
      </w:pPr>
      <w:r>
        <w:rPr>
          <w:color w:val="52627A"/>
          <w:sz w:val="20"/>
        </w:rPr>
        <w:t>Policy- och beslutsmall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"Kan man förbjuda ChatGPT på jobbet? Juridik och praktik".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Göra det enkelt att omsätta artikeln till tydliga regler, ansvar och beslut som kan förankras internt.</w:t>
            </w:r>
          </w:p>
        </w:tc>
      </w:tr>
    </w:tbl>
    <w:p/>
    <w:p>
      <w:pPr>
        <w:pStyle w:val="Heading1"/>
        <w:keepNext/>
        <w:pageBreakBefore w:val="0"/>
        <w:spacing w:before="140" w:after="60"/>
      </w:pPr>
      <w:r>
        <w:rPr>
          <w:rFonts w:ascii="Inter" w:hAnsi="Inter" w:eastAsia="Inter"/>
          <w:color w:val="071427"/>
          <w:sz w:val="27"/>
        </w:rPr>
        <w:t>1. Beslut och omfattning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Område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Gäller för</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Beslut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Gäller från</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Tillåtet, begränsat och stoppat</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Tillåtet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Kräver godkännande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Inte tillåtet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Ansvarsfördelning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Roll</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När involveras rollen?</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Kontaktväg</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Undantag och eskalering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Begäran</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Risk</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Godkännare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Beslut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Uppföljningsdatum</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 man förbjuda ChatGPT på jobbet? Juridik och praktik</dc:title>
  <dc:subject>Policy-/riktlinjemall eller besluts-/undantagsformulär</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